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2C4C" w:rsidRDefault="00C57874" w:rsidP="00E52C4C">
      <w:pPr>
        <w:jc w:val="center"/>
        <w:rPr>
          <w:rFonts w:asciiTheme="majorHAnsi" w:hAnsiTheme="majorHAnsi" w:cstheme="majorHAnsi"/>
          <w:sz w:val="32"/>
          <w:szCs w:val="32"/>
          <w:lang w:val="fr-FR"/>
        </w:rPr>
      </w:pPr>
      <w:r w:rsidRPr="00C57874">
        <w:rPr>
          <w:rFonts w:asciiTheme="majorHAnsi" w:hAnsiTheme="majorHAnsi" w:cstheme="majorHAnsi"/>
          <w:sz w:val="32"/>
          <w:szCs w:val="32"/>
          <w:lang w:val="fr-FR"/>
        </w:rPr>
        <w:t>Prénom _________________</w:t>
      </w:r>
      <w:r>
        <w:rPr>
          <w:rFonts w:asciiTheme="majorHAnsi" w:hAnsiTheme="majorHAnsi" w:cstheme="majorHAnsi"/>
          <w:sz w:val="32"/>
          <w:szCs w:val="32"/>
          <w:lang w:val="fr-FR"/>
        </w:rPr>
        <w:t xml:space="preserve"> </w:t>
      </w:r>
      <w:r w:rsidR="00784A38">
        <w:rPr>
          <w:rFonts w:asciiTheme="majorHAnsi" w:hAnsiTheme="majorHAnsi" w:cstheme="majorHAnsi"/>
          <w:sz w:val="32"/>
          <w:szCs w:val="32"/>
          <w:lang w:val="fr-FR"/>
        </w:rPr>
        <w:t xml:space="preserve">                 </w:t>
      </w:r>
      <w:r>
        <w:rPr>
          <w:rFonts w:asciiTheme="majorHAnsi" w:hAnsiTheme="majorHAnsi" w:cstheme="majorHAnsi"/>
          <w:sz w:val="32"/>
          <w:szCs w:val="32"/>
          <w:lang w:val="fr-FR"/>
        </w:rPr>
        <w:t xml:space="preserve">Nom </w:t>
      </w:r>
      <w:r w:rsidR="00C62AE0" w:rsidRPr="00C57874">
        <w:rPr>
          <w:rFonts w:asciiTheme="majorHAnsi" w:hAnsiTheme="majorHAnsi" w:cstheme="majorHAnsi"/>
          <w:sz w:val="32"/>
          <w:szCs w:val="32"/>
          <w:lang w:val="fr-FR"/>
        </w:rPr>
        <w:t>_______________________</w:t>
      </w:r>
    </w:p>
    <w:p w:rsidR="00C57874" w:rsidRDefault="00C57874">
      <w:pPr>
        <w:rPr>
          <w:rFonts w:asciiTheme="majorHAnsi" w:hAnsiTheme="majorHAnsi" w:cstheme="majorHAnsi"/>
          <w:sz w:val="32"/>
          <w:szCs w:val="32"/>
          <w:lang w:val="fr-FR"/>
        </w:rPr>
      </w:pPr>
      <w:r>
        <w:rPr>
          <w:rFonts w:asciiTheme="majorHAnsi" w:hAnsiTheme="majorHAnsi" w:cstheme="majorHAnsi"/>
          <w:noProof/>
          <w:sz w:val="32"/>
          <w:szCs w:val="32"/>
          <w:lang w:val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-54610</wp:posOffset>
                </wp:positionH>
                <wp:positionV relativeFrom="paragraph">
                  <wp:posOffset>43815</wp:posOffset>
                </wp:positionV>
                <wp:extent cx="7035800" cy="2133600"/>
                <wp:effectExtent l="50800" t="25400" r="63500" b="76200"/>
                <wp:wrapNone/>
                <wp:docPr id="6" name="Rectangle à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5800" cy="21336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7874" w:rsidRPr="00C57874" w:rsidRDefault="00C57874" w:rsidP="00C57874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C57874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>Ta classe l’an dernier : ______</w:t>
                            </w:r>
                          </w:p>
                          <w:p w:rsidR="00C57874" w:rsidRPr="00C57874" w:rsidRDefault="00C57874" w:rsidP="00C57874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C57874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 xml:space="preserve">Ton PP l’an dernier :  </w:t>
                            </w:r>
                            <w:r w:rsidR="00784A38" w:rsidRPr="00C57874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>________________________</w:t>
                            </w:r>
                          </w:p>
                          <w:p w:rsidR="00C57874" w:rsidRDefault="00C57874" w:rsidP="00C5787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C57874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>Ton prof</w:t>
                            </w:r>
                            <w:r w:rsidR="00FE38C8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>esseur</w:t>
                            </w:r>
                            <w:r w:rsidRPr="00C57874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 xml:space="preserve"> d’anglais l’an dernier : ________________________</w:t>
                            </w:r>
                          </w:p>
                          <w:p w:rsidR="00784A38" w:rsidRPr="00C57874" w:rsidRDefault="00784A38" w:rsidP="00C5787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:rsidR="00784A38" w:rsidRDefault="00C57874" w:rsidP="00784A3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C57874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>As-tu déjà redoublé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 xml:space="preserve"> </w:t>
                            </w:r>
                            <w:r w:rsidRPr="00C57874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 xml:space="preserve">? </w:t>
                            </w:r>
                            <w:r w:rsidR="00784A38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 xml:space="preserve">    </w:t>
                            </w:r>
                            <w:proofErr w:type="gramStart"/>
                            <w:r w:rsidRPr="00C57874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>oui</w:t>
                            </w:r>
                            <w:proofErr w:type="gramEnd"/>
                            <w:r w:rsidRPr="00C57874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 xml:space="preserve"> / non</w:t>
                            </w:r>
                            <w:r w:rsidR="00784A38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 xml:space="preserve">  </w:t>
                            </w:r>
                            <w:r w:rsidR="00E52C4C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 xml:space="preserve">                 </w:t>
                            </w:r>
                            <w:r w:rsidR="00E52C4C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>si oui laquelle :</w:t>
                            </w:r>
                          </w:p>
                          <w:p w:rsidR="00C57874" w:rsidRPr="00784A38" w:rsidRDefault="00C57874" w:rsidP="00784A3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C57874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 xml:space="preserve">As-tu déjà </w:t>
                            </w:r>
                            <w:r w:rsidR="00784A38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>sauté</w:t>
                            </w:r>
                            <w:r w:rsidRPr="00C57874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 xml:space="preserve"> une classe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 xml:space="preserve"> </w:t>
                            </w:r>
                            <w:r w:rsidRPr="00C57874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 xml:space="preserve">? </w:t>
                            </w:r>
                            <w:r w:rsidR="00784A38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 xml:space="preserve">   </w:t>
                            </w:r>
                            <w:proofErr w:type="gramStart"/>
                            <w:r w:rsidRPr="00C57874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>oui</w:t>
                            </w:r>
                            <w:proofErr w:type="gramEnd"/>
                            <w:r w:rsidRPr="00C57874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 xml:space="preserve"> / non </w:t>
                            </w:r>
                            <w:r w:rsidR="00FE38C8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 xml:space="preserve">      si oui laquelle : </w:t>
                            </w:r>
                          </w:p>
                          <w:p w:rsidR="00C57874" w:rsidRPr="00C57874" w:rsidRDefault="00C57874" w:rsidP="00C57874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6" o:spid="_x0000_s1026" style="position:absolute;margin-left:-4.3pt;margin-top:3.45pt;width:554pt;height:16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" fillcolor="white [3212]" strokecolor="black [3213]">
                <v:shadow on="t" color="black" opacity="22937f" origin=",.5" offset="0,.63889mm"/>
                <v:textbox>
                  <w:txbxContent>
                    <w:p w:rsidR="00C57874" w:rsidRPr="00C57874" w:rsidRDefault="00C57874" w:rsidP="00C57874">
                      <w:pPr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</w:pPr>
                      <w:r w:rsidRPr="00C57874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>Ta classe l’an dernier : ______</w:t>
                      </w:r>
                    </w:p>
                    <w:p w:rsidR="00C57874" w:rsidRPr="00C57874" w:rsidRDefault="00C57874" w:rsidP="00C57874">
                      <w:pPr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</w:pPr>
                      <w:r w:rsidRPr="00C57874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 xml:space="preserve">Ton PP l’an dernier :  </w:t>
                      </w:r>
                      <w:r w:rsidR="00784A38" w:rsidRPr="00C57874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>________________________</w:t>
                      </w:r>
                    </w:p>
                    <w:p w:rsidR="00C57874" w:rsidRDefault="00C57874" w:rsidP="00C5787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</w:pPr>
                      <w:r w:rsidRPr="00C57874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>Ton prof</w:t>
                      </w:r>
                      <w:r w:rsidR="00FE38C8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>esseur</w:t>
                      </w:r>
                      <w:r w:rsidRPr="00C57874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 xml:space="preserve"> d’anglais l’an dernier : ________________________</w:t>
                      </w:r>
                    </w:p>
                    <w:p w:rsidR="00784A38" w:rsidRPr="00C57874" w:rsidRDefault="00784A38" w:rsidP="00C5787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</w:pPr>
                    </w:p>
                    <w:p w:rsidR="00784A38" w:rsidRDefault="00C57874" w:rsidP="00784A3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</w:pPr>
                      <w:r w:rsidRPr="00C57874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>As-tu déjà redoublé</w:t>
                      </w: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 xml:space="preserve"> </w:t>
                      </w:r>
                      <w:r w:rsidRPr="00C57874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 xml:space="preserve">? </w:t>
                      </w:r>
                      <w:r w:rsidR="00784A38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 xml:space="preserve">    </w:t>
                      </w:r>
                      <w:proofErr w:type="gramStart"/>
                      <w:r w:rsidRPr="00C57874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>oui</w:t>
                      </w:r>
                      <w:proofErr w:type="gramEnd"/>
                      <w:r w:rsidRPr="00C57874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 xml:space="preserve"> / non</w:t>
                      </w:r>
                      <w:r w:rsidR="00784A38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 xml:space="preserve">  </w:t>
                      </w:r>
                      <w:r w:rsidR="00E52C4C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 xml:space="preserve">                 </w:t>
                      </w:r>
                      <w:r w:rsidR="00E52C4C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>si oui laquelle :</w:t>
                      </w:r>
                    </w:p>
                    <w:p w:rsidR="00C57874" w:rsidRPr="00784A38" w:rsidRDefault="00C57874" w:rsidP="00784A3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</w:pPr>
                      <w:r w:rsidRPr="00C57874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 xml:space="preserve">As-tu déjà </w:t>
                      </w:r>
                      <w:r w:rsidR="00784A38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>sauté</w:t>
                      </w:r>
                      <w:r w:rsidRPr="00C57874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 xml:space="preserve"> une classe</w:t>
                      </w: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 xml:space="preserve"> </w:t>
                      </w:r>
                      <w:r w:rsidRPr="00C57874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 xml:space="preserve">? </w:t>
                      </w:r>
                      <w:r w:rsidR="00784A38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 xml:space="preserve">   </w:t>
                      </w:r>
                      <w:proofErr w:type="gramStart"/>
                      <w:r w:rsidRPr="00C57874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>oui</w:t>
                      </w:r>
                      <w:proofErr w:type="gramEnd"/>
                      <w:r w:rsidRPr="00C57874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 xml:space="preserve"> / non </w:t>
                      </w:r>
                      <w:r w:rsidR="00FE38C8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 xml:space="preserve">      si oui laquelle : </w:t>
                      </w:r>
                    </w:p>
                    <w:p w:rsidR="00C57874" w:rsidRPr="00C57874" w:rsidRDefault="00C57874" w:rsidP="00C57874">
                      <w:pPr>
                        <w:jc w:val="center"/>
                        <w:rPr>
                          <w:lang w:val="fr-F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C57874" w:rsidRDefault="00C57874">
      <w:pPr>
        <w:rPr>
          <w:rFonts w:asciiTheme="majorHAnsi" w:hAnsiTheme="majorHAnsi" w:cstheme="majorHAnsi"/>
          <w:sz w:val="32"/>
          <w:szCs w:val="32"/>
          <w:lang w:val="fr-FR"/>
        </w:rPr>
      </w:pPr>
    </w:p>
    <w:p w:rsidR="00C57874" w:rsidRDefault="00C57874">
      <w:pPr>
        <w:rPr>
          <w:rFonts w:asciiTheme="majorHAnsi" w:hAnsiTheme="majorHAnsi" w:cstheme="majorHAnsi"/>
          <w:sz w:val="32"/>
          <w:szCs w:val="32"/>
          <w:lang w:val="fr-FR"/>
        </w:rPr>
      </w:pPr>
    </w:p>
    <w:p w:rsidR="00C57874" w:rsidRDefault="00C57874">
      <w:pPr>
        <w:rPr>
          <w:rFonts w:asciiTheme="majorHAnsi" w:hAnsiTheme="majorHAnsi" w:cstheme="majorHAnsi"/>
          <w:sz w:val="32"/>
          <w:szCs w:val="32"/>
          <w:lang w:val="fr-FR"/>
        </w:rPr>
      </w:pPr>
    </w:p>
    <w:p w:rsidR="00C57874" w:rsidRDefault="00C57874">
      <w:pPr>
        <w:rPr>
          <w:rFonts w:asciiTheme="majorHAnsi" w:hAnsiTheme="majorHAnsi" w:cstheme="majorHAnsi"/>
          <w:sz w:val="32"/>
          <w:szCs w:val="32"/>
          <w:lang w:val="fr-FR"/>
        </w:rPr>
      </w:pPr>
    </w:p>
    <w:p w:rsidR="00C57874" w:rsidRDefault="00784A38">
      <w:pPr>
        <w:rPr>
          <w:rFonts w:asciiTheme="majorHAnsi" w:hAnsiTheme="majorHAnsi" w:cstheme="majorHAnsi"/>
          <w:sz w:val="32"/>
          <w:szCs w:val="32"/>
          <w:lang w:val="fr-FR"/>
        </w:rPr>
      </w:pPr>
      <w:r>
        <w:rPr>
          <w:rFonts w:asciiTheme="majorHAnsi" w:hAnsiTheme="majorHAnsi" w:cstheme="majorHAnsi"/>
          <w:noProof/>
          <w:sz w:val="32"/>
          <w:szCs w:val="32"/>
          <w:lang w:val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4AE130" wp14:editId="56ADCF65">
                <wp:simplePos x="0" y="0"/>
                <wp:positionH relativeFrom="column">
                  <wp:posOffset>-54610</wp:posOffset>
                </wp:positionH>
                <wp:positionV relativeFrom="paragraph">
                  <wp:posOffset>332105</wp:posOffset>
                </wp:positionV>
                <wp:extent cx="7035800" cy="1435100"/>
                <wp:effectExtent l="50800" t="25400" r="63500" b="76200"/>
                <wp:wrapNone/>
                <wp:docPr id="7" name="Rectangle à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5800" cy="14351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7874" w:rsidRPr="00C57874" w:rsidRDefault="00C57874" w:rsidP="00C57874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C57874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 xml:space="preserve">Ville(s) où tu habites : </w:t>
                            </w:r>
                          </w:p>
                          <w:p w:rsidR="00784A38" w:rsidRDefault="00C57874" w:rsidP="00C57874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C57874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 xml:space="preserve">Temps de transport : </w:t>
                            </w:r>
                          </w:p>
                          <w:p w:rsidR="00C57874" w:rsidRPr="00C57874" w:rsidRDefault="00C57874" w:rsidP="00C57874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C57874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 xml:space="preserve">Mode de transport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4AE130" id="Rectangle à coins arrondis 7" o:spid="_x0000_s1027" style="position:absolute;margin-left:-4.3pt;margin-top:26.15pt;width:554pt;height:11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" fillcolor="white [3212]" strokecolor="black [3213]">
                <v:shadow on="t" color="black" opacity="22937f" origin=",.5" offset="0,.63889mm"/>
                <v:textbox>
                  <w:txbxContent>
                    <w:p w:rsidR="00C57874" w:rsidRPr="00C57874" w:rsidRDefault="00C57874" w:rsidP="00C57874">
                      <w:pPr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</w:pPr>
                      <w:r w:rsidRPr="00C57874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 xml:space="preserve">Ville(s) où tu habites : </w:t>
                      </w:r>
                    </w:p>
                    <w:p w:rsidR="00784A38" w:rsidRDefault="00C57874" w:rsidP="00C57874">
                      <w:pPr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</w:pPr>
                      <w:r w:rsidRPr="00C57874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 xml:space="preserve">Temps de transport : </w:t>
                      </w:r>
                    </w:p>
                    <w:p w:rsidR="00C57874" w:rsidRPr="00C57874" w:rsidRDefault="00C57874" w:rsidP="00C57874">
                      <w:pPr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</w:pPr>
                      <w:r w:rsidRPr="00C57874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 xml:space="preserve">Mode de transport : </w:t>
                      </w:r>
                    </w:p>
                  </w:txbxContent>
                </v:textbox>
              </v:roundrect>
            </w:pict>
          </mc:Fallback>
        </mc:AlternateContent>
      </w:r>
    </w:p>
    <w:p w:rsidR="00C57874" w:rsidRDefault="00784A38">
      <w:pPr>
        <w:rPr>
          <w:rFonts w:asciiTheme="majorHAnsi" w:hAnsiTheme="majorHAnsi" w:cstheme="majorHAnsi"/>
          <w:sz w:val="32"/>
          <w:szCs w:val="32"/>
          <w:lang w:val="fr-FR"/>
        </w:rPr>
      </w:pPr>
      <w:r>
        <w:rPr>
          <w:rFonts w:asciiTheme="majorHAnsi" w:hAnsiTheme="majorHAnsi" w:cstheme="majorHAnsi"/>
          <w:noProof/>
          <w:sz w:val="110"/>
          <w:szCs w:val="110"/>
          <w:lang w:val="fr-FR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5979795</wp:posOffset>
            </wp:positionH>
            <wp:positionV relativeFrom="paragraph">
              <wp:posOffset>173355</wp:posOffset>
            </wp:positionV>
            <wp:extent cx="824230" cy="863600"/>
            <wp:effectExtent l="0" t="0" r="1270" b="0"/>
            <wp:wrapNone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Capture d’écran 2025-09-02 à 18.31.39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423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57874" w:rsidRDefault="00C57874">
      <w:pPr>
        <w:rPr>
          <w:rFonts w:asciiTheme="majorHAnsi" w:hAnsiTheme="majorHAnsi" w:cstheme="majorHAnsi"/>
          <w:sz w:val="32"/>
          <w:szCs w:val="32"/>
          <w:lang w:val="fr-FR"/>
        </w:rPr>
      </w:pPr>
    </w:p>
    <w:p w:rsidR="00C57874" w:rsidRDefault="00C57874">
      <w:pPr>
        <w:rPr>
          <w:rFonts w:asciiTheme="majorHAnsi" w:hAnsiTheme="majorHAnsi" w:cstheme="majorHAnsi"/>
          <w:sz w:val="32"/>
          <w:szCs w:val="32"/>
          <w:lang w:val="fr-FR"/>
        </w:rPr>
      </w:pPr>
    </w:p>
    <w:p w:rsidR="00C57874" w:rsidRPr="00C57874" w:rsidRDefault="00FE38C8">
      <w:pPr>
        <w:rPr>
          <w:rFonts w:asciiTheme="majorHAnsi" w:hAnsiTheme="majorHAnsi" w:cstheme="majorHAnsi"/>
          <w:sz w:val="32"/>
          <w:szCs w:val="32"/>
          <w:lang w:val="fr-FR"/>
        </w:rPr>
      </w:pPr>
      <w:r>
        <w:rPr>
          <w:rFonts w:asciiTheme="majorHAnsi" w:hAnsiTheme="majorHAnsi" w:cstheme="majorHAnsi"/>
          <w:noProof/>
          <w:sz w:val="110"/>
          <w:szCs w:val="110"/>
          <w:lang w:val="fr-FR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5974364</wp:posOffset>
            </wp:positionH>
            <wp:positionV relativeFrom="paragraph">
              <wp:posOffset>299720</wp:posOffset>
            </wp:positionV>
            <wp:extent cx="749300" cy="785293"/>
            <wp:effectExtent l="0" t="0" r="0" b="2540"/>
            <wp:wrapNone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Capture d’écran 2025-09-02 à 18.31.35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7852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4A38">
        <w:rPr>
          <w:rFonts w:asciiTheme="majorHAnsi" w:hAnsiTheme="majorHAnsi" w:cstheme="majorHAnsi"/>
          <w:noProof/>
          <w:sz w:val="32"/>
          <w:szCs w:val="32"/>
          <w:lang w:val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4AE130" wp14:editId="56ADCF65">
                <wp:simplePos x="0" y="0"/>
                <wp:positionH relativeFrom="column">
                  <wp:posOffset>-54610</wp:posOffset>
                </wp:positionH>
                <wp:positionV relativeFrom="paragraph">
                  <wp:posOffset>283210</wp:posOffset>
                </wp:positionV>
                <wp:extent cx="7035800" cy="1587500"/>
                <wp:effectExtent l="50800" t="25400" r="63500" b="76200"/>
                <wp:wrapNone/>
                <wp:docPr id="8" name="Rectangle à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5800" cy="1587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7874" w:rsidRDefault="00C57874" w:rsidP="00C57874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C57874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 xml:space="preserve">Quelles sont les activités sportives et culturelles que tu </w:t>
                            </w:r>
                            <w:proofErr w:type="gramStart"/>
                            <w:r w:rsidRPr="00C57874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>pratiques?</w:t>
                            </w:r>
                            <w:proofErr w:type="gramEnd"/>
                          </w:p>
                          <w:p w:rsidR="00C57874" w:rsidRDefault="00C57874" w:rsidP="00C57874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:rsidR="00C57874" w:rsidRPr="00C57874" w:rsidRDefault="00C57874" w:rsidP="00C57874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4AE130" id="Rectangle à coins arrondis 8" o:spid="_x0000_s1028" style="position:absolute;margin-left:-4.3pt;margin-top:22.3pt;width:554pt;height:1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" fillcolor="white [3212]" strokecolor="black [3213]">
                <v:shadow on="t" color="black" opacity="22937f" origin=",.5" offset="0,.63889mm"/>
                <v:textbox>
                  <w:txbxContent>
                    <w:p w:rsidR="00C57874" w:rsidRDefault="00C57874" w:rsidP="00C57874">
                      <w:pPr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</w:pPr>
                      <w:r w:rsidRPr="00C57874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 xml:space="preserve">Quelles sont les activités sportives et culturelles que tu </w:t>
                      </w:r>
                      <w:proofErr w:type="gramStart"/>
                      <w:r w:rsidRPr="00C57874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>pratiques?</w:t>
                      </w:r>
                      <w:proofErr w:type="gramEnd"/>
                    </w:p>
                    <w:p w:rsidR="00C57874" w:rsidRDefault="00C57874" w:rsidP="00C57874">
                      <w:pPr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</w:pPr>
                    </w:p>
                    <w:p w:rsidR="00C57874" w:rsidRPr="00C57874" w:rsidRDefault="00C57874" w:rsidP="00C57874">
                      <w:pPr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9C5C2D" w:rsidRPr="00C57874" w:rsidRDefault="009C5C2D">
      <w:pPr>
        <w:rPr>
          <w:rFonts w:asciiTheme="majorHAnsi" w:hAnsiTheme="majorHAnsi" w:cstheme="majorHAnsi"/>
          <w:sz w:val="32"/>
          <w:szCs w:val="32"/>
          <w:lang w:val="fr-FR"/>
        </w:rPr>
      </w:pPr>
    </w:p>
    <w:p w:rsidR="009C5C2D" w:rsidRPr="00C57874" w:rsidRDefault="00FE38C8">
      <w:pPr>
        <w:rPr>
          <w:rFonts w:asciiTheme="majorHAnsi" w:hAnsiTheme="majorHAnsi" w:cstheme="majorHAnsi"/>
          <w:sz w:val="32"/>
          <w:szCs w:val="32"/>
          <w:lang w:val="fr-FR"/>
        </w:rPr>
      </w:pPr>
      <w:r>
        <w:rPr>
          <w:rFonts w:asciiTheme="majorHAnsi" w:hAnsiTheme="majorHAnsi" w:cstheme="majorHAnsi"/>
          <w:noProof/>
          <w:sz w:val="110"/>
          <w:szCs w:val="110"/>
          <w:lang w:val="fr-FR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5977952</wp:posOffset>
            </wp:positionH>
            <wp:positionV relativeFrom="paragraph">
              <wp:posOffset>183164</wp:posOffset>
            </wp:positionV>
            <wp:extent cx="749300" cy="785293"/>
            <wp:effectExtent l="0" t="0" r="0" b="2540"/>
            <wp:wrapNone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Capture d’écran 2025-09-02 à 18.31.2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7852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C5C2D" w:rsidRDefault="009C5C2D">
      <w:pPr>
        <w:rPr>
          <w:rFonts w:asciiTheme="majorHAnsi" w:hAnsiTheme="majorHAnsi" w:cstheme="majorHAnsi"/>
          <w:sz w:val="32"/>
          <w:szCs w:val="32"/>
          <w:lang w:val="fr-FR"/>
        </w:rPr>
      </w:pPr>
    </w:p>
    <w:p w:rsidR="00C57874" w:rsidRDefault="00974D60">
      <w:pPr>
        <w:rPr>
          <w:rFonts w:asciiTheme="majorHAnsi" w:hAnsiTheme="majorHAnsi" w:cstheme="majorHAnsi"/>
          <w:sz w:val="32"/>
          <w:szCs w:val="32"/>
          <w:lang w:val="fr-FR"/>
        </w:rPr>
      </w:pPr>
      <w:r>
        <w:rPr>
          <w:rFonts w:asciiTheme="majorHAnsi" w:hAnsiTheme="majorHAnsi" w:cstheme="majorHAnsi"/>
          <w:noProof/>
          <w:sz w:val="32"/>
          <w:szCs w:val="32"/>
          <w:lang w:val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F4AE130" wp14:editId="56ADCF65">
                <wp:simplePos x="0" y="0"/>
                <wp:positionH relativeFrom="column">
                  <wp:posOffset>-54610</wp:posOffset>
                </wp:positionH>
                <wp:positionV relativeFrom="paragraph">
                  <wp:posOffset>386715</wp:posOffset>
                </wp:positionV>
                <wp:extent cx="7035800" cy="1130300"/>
                <wp:effectExtent l="50800" t="25400" r="63500" b="76200"/>
                <wp:wrapNone/>
                <wp:docPr id="9" name="Rectangle à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5800" cy="11303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7874" w:rsidRPr="00C57874" w:rsidRDefault="00C57874" w:rsidP="00C57874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C57874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>As-tu un téléphone portable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 xml:space="preserve"> </w:t>
                            </w:r>
                            <w:r w:rsidRPr="00C57874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>?</w:t>
                            </w:r>
                            <w:r w:rsidR="00FE38C8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 xml:space="preserve">  </w:t>
                            </w:r>
                            <w:r w:rsidRPr="00C57874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 xml:space="preserve"> oui / non</w:t>
                            </w:r>
                          </w:p>
                          <w:p w:rsidR="00C57874" w:rsidRPr="00C57874" w:rsidRDefault="00F45F48" w:rsidP="00C57874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 xml:space="preserve">As-tu un ordinateur ? </w:t>
                            </w:r>
                            <w:r w:rsidR="00FE38C8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 xml:space="preserve">  </w:t>
                            </w:r>
                            <w:proofErr w:type="gramStart"/>
                            <w:r w:rsidRPr="00C57874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>oui</w:t>
                            </w:r>
                            <w:proofErr w:type="gramEnd"/>
                            <w:r w:rsidRPr="00C57874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 xml:space="preserve"> / non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4AE130" id="Rectangle à coins arrondis 9" o:spid="_x0000_s1029" style="position:absolute;margin-left:-4.3pt;margin-top:30.45pt;width:554pt;height:8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" fillcolor="white [3212]" strokecolor="black [3213]">
                <v:shadow on="t" color="black" opacity="22937f" origin=",.5" offset="0,.63889mm"/>
                <v:textbox>
                  <w:txbxContent>
                    <w:p w:rsidR="00C57874" w:rsidRPr="00C57874" w:rsidRDefault="00C57874" w:rsidP="00C57874">
                      <w:pPr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</w:pPr>
                      <w:r w:rsidRPr="00C57874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>As-tu un téléphone portable</w:t>
                      </w: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 xml:space="preserve"> </w:t>
                      </w:r>
                      <w:r w:rsidRPr="00C57874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>?</w:t>
                      </w:r>
                      <w:r w:rsidR="00FE38C8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 xml:space="preserve">  </w:t>
                      </w:r>
                      <w:r w:rsidRPr="00C57874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 xml:space="preserve"> oui / non</w:t>
                      </w:r>
                    </w:p>
                    <w:p w:rsidR="00C57874" w:rsidRPr="00C57874" w:rsidRDefault="00F45F48" w:rsidP="00C57874">
                      <w:pPr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 xml:space="preserve">As-tu un ordinateur ? </w:t>
                      </w:r>
                      <w:r w:rsidR="00FE38C8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 xml:space="preserve">  </w:t>
                      </w:r>
                      <w:proofErr w:type="gramStart"/>
                      <w:r w:rsidRPr="00C57874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>oui</w:t>
                      </w:r>
                      <w:proofErr w:type="gramEnd"/>
                      <w:r w:rsidRPr="00C57874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 xml:space="preserve"> / non</w:t>
                      </w: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 xml:space="preserve">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C57874" w:rsidRDefault="00784A38">
      <w:pPr>
        <w:rPr>
          <w:rFonts w:asciiTheme="majorHAnsi" w:hAnsiTheme="majorHAnsi" w:cstheme="majorHAnsi"/>
          <w:sz w:val="32"/>
          <w:szCs w:val="32"/>
          <w:lang w:val="fr-FR"/>
        </w:rPr>
      </w:pPr>
      <w:r>
        <w:rPr>
          <w:rFonts w:asciiTheme="majorHAnsi" w:hAnsiTheme="majorHAnsi" w:cstheme="majorHAnsi"/>
          <w:noProof/>
          <w:sz w:val="110"/>
          <w:szCs w:val="110"/>
          <w:lang w:val="fr-FR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6083462</wp:posOffset>
            </wp:positionH>
            <wp:positionV relativeFrom="paragraph">
              <wp:posOffset>114300</wp:posOffset>
            </wp:positionV>
            <wp:extent cx="646430" cy="773430"/>
            <wp:effectExtent l="0" t="0" r="1270" b="1270"/>
            <wp:wrapNone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apture d’écran 2025-09-02 à 18.28.59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6430" cy="77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57874" w:rsidRDefault="00C57874">
      <w:pPr>
        <w:rPr>
          <w:rFonts w:asciiTheme="majorHAnsi" w:hAnsiTheme="majorHAnsi" w:cstheme="majorHAnsi"/>
          <w:sz w:val="32"/>
          <w:szCs w:val="32"/>
          <w:lang w:val="fr-FR"/>
        </w:rPr>
      </w:pPr>
    </w:p>
    <w:p w:rsidR="00C57874" w:rsidRDefault="00C57874">
      <w:pPr>
        <w:rPr>
          <w:rFonts w:asciiTheme="majorHAnsi" w:hAnsiTheme="majorHAnsi" w:cstheme="majorHAnsi"/>
          <w:sz w:val="32"/>
          <w:szCs w:val="32"/>
          <w:lang w:val="fr-FR"/>
        </w:rPr>
      </w:pPr>
    </w:p>
    <w:p w:rsidR="00C57874" w:rsidRDefault="00974D60">
      <w:pPr>
        <w:rPr>
          <w:rFonts w:asciiTheme="majorHAnsi" w:hAnsiTheme="majorHAnsi" w:cstheme="majorHAnsi"/>
          <w:sz w:val="32"/>
          <w:szCs w:val="32"/>
          <w:lang w:val="fr-FR"/>
        </w:rPr>
      </w:pPr>
      <w:r>
        <w:rPr>
          <w:rFonts w:asciiTheme="majorHAnsi" w:hAnsiTheme="majorHAnsi" w:cstheme="majorHAnsi"/>
          <w:noProof/>
          <w:sz w:val="32"/>
          <w:szCs w:val="32"/>
          <w:lang w:val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4CA329" wp14:editId="791C4B29">
                <wp:simplePos x="0" y="0"/>
                <wp:positionH relativeFrom="column">
                  <wp:posOffset>-54610</wp:posOffset>
                </wp:positionH>
                <wp:positionV relativeFrom="paragraph">
                  <wp:posOffset>70576</wp:posOffset>
                </wp:positionV>
                <wp:extent cx="7035800" cy="1803400"/>
                <wp:effectExtent l="50800" t="25400" r="50800" b="76200"/>
                <wp:wrapNone/>
                <wp:docPr id="10" name="Rectangle à coins arrond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5800" cy="18034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4A38" w:rsidRDefault="00C57874" w:rsidP="00C57874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C57874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>Sais-tu ce que tu veux faire plus tard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 xml:space="preserve"> </w:t>
                            </w:r>
                            <w:r w:rsidRPr="00C57874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>?</w:t>
                            </w:r>
                            <w:r w:rsidR="00784A38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>Comme études</w:t>
                            </w:r>
                            <w:r w:rsidR="00974D60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 xml:space="preserve"> et / ou comme métier ?</w:t>
                            </w:r>
                          </w:p>
                          <w:p w:rsidR="00C57874" w:rsidRDefault="00C57874" w:rsidP="00C57874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:rsidR="00784A38" w:rsidRDefault="00784A38" w:rsidP="00C57874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:rsidR="00784A38" w:rsidRPr="00C57874" w:rsidRDefault="00784A38" w:rsidP="00C57874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4CA329" id="Rectangle à coins arrondis 10" o:spid="_x0000_s1030" style="position:absolute;margin-left:-4.3pt;margin-top:5.55pt;width:554pt;height:14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" fillcolor="white [3212]" strokecolor="black [3213]">
                <v:shadow on="t" color="black" opacity="22937f" origin=",.5" offset="0,.63889mm"/>
                <v:textbox>
                  <w:txbxContent>
                    <w:p w:rsidR="00784A38" w:rsidRDefault="00C57874" w:rsidP="00C57874">
                      <w:pPr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</w:pPr>
                      <w:r w:rsidRPr="00C57874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>Sais-tu ce que tu veux faire plus tard</w:t>
                      </w: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 xml:space="preserve"> </w:t>
                      </w:r>
                      <w:r w:rsidRPr="00C57874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>?</w:t>
                      </w:r>
                      <w:r w:rsidR="00784A38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 xml:space="preserve"> </w:t>
                      </w: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>Comme études</w:t>
                      </w:r>
                      <w:r w:rsidR="00974D60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 xml:space="preserve"> et / ou comme métier ?</w:t>
                      </w:r>
                    </w:p>
                    <w:p w:rsidR="00C57874" w:rsidRDefault="00C57874" w:rsidP="00C57874">
                      <w:pPr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</w:pPr>
                    </w:p>
                    <w:p w:rsidR="00784A38" w:rsidRDefault="00784A38" w:rsidP="00C57874">
                      <w:pPr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</w:pPr>
                    </w:p>
                    <w:p w:rsidR="00784A38" w:rsidRPr="00C57874" w:rsidRDefault="00784A38" w:rsidP="00C57874">
                      <w:pPr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C57874" w:rsidRDefault="00784A38">
      <w:pPr>
        <w:rPr>
          <w:rFonts w:asciiTheme="majorHAnsi" w:hAnsiTheme="majorHAnsi" w:cstheme="majorHAnsi"/>
          <w:sz w:val="32"/>
          <w:szCs w:val="32"/>
          <w:lang w:val="fr-FR"/>
        </w:rPr>
      </w:pPr>
      <w:r>
        <w:rPr>
          <w:rFonts w:asciiTheme="majorHAnsi" w:hAnsiTheme="majorHAnsi" w:cstheme="majorHAnsi"/>
          <w:noProof/>
          <w:sz w:val="110"/>
          <w:szCs w:val="110"/>
          <w:lang w:val="fr-FR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5977890</wp:posOffset>
            </wp:positionH>
            <wp:positionV relativeFrom="paragraph">
              <wp:posOffset>228343</wp:posOffset>
            </wp:positionV>
            <wp:extent cx="900430" cy="773430"/>
            <wp:effectExtent l="0" t="0" r="1270" b="1270"/>
            <wp:wrapNone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apture d’écran 2025-09-02 à 18.29.04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00430" cy="77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57874" w:rsidRDefault="00C57874">
      <w:pPr>
        <w:rPr>
          <w:rFonts w:asciiTheme="majorHAnsi" w:hAnsiTheme="majorHAnsi" w:cstheme="majorHAnsi"/>
          <w:sz w:val="32"/>
          <w:szCs w:val="32"/>
          <w:lang w:val="fr-FR"/>
        </w:rPr>
      </w:pPr>
    </w:p>
    <w:p w:rsidR="00C57874" w:rsidRDefault="00C57874">
      <w:pPr>
        <w:rPr>
          <w:rFonts w:asciiTheme="majorHAnsi" w:hAnsiTheme="majorHAnsi" w:cstheme="majorHAnsi"/>
          <w:sz w:val="32"/>
          <w:szCs w:val="32"/>
          <w:lang w:val="fr-FR"/>
        </w:rPr>
      </w:pPr>
    </w:p>
    <w:p w:rsidR="00C57874" w:rsidRDefault="00974D60">
      <w:pPr>
        <w:rPr>
          <w:rFonts w:asciiTheme="majorHAnsi" w:hAnsiTheme="majorHAnsi" w:cstheme="majorHAnsi"/>
          <w:sz w:val="32"/>
          <w:szCs w:val="32"/>
          <w:lang w:val="fr-FR"/>
        </w:rPr>
      </w:pPr>
      <w:r>
        <w:rPr>
          <w:rFonts w:asciiTheme="majorHAnsi" w:hAnsiTheme="majorHAnsi" w:cstheme="majorHAnsi"/>
          <w:noProof/>
          <w:sz w:val="32"/>
          <w:szCs w:val="32"/>
          <w:lang w:val="fr-FR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6F992B" wp14:editId="5853F2E4">
                <wp:simplePos x="0" y="0"/>
                <wp:positionH relativeFrom="column">
                  <wp:posOffset>-1996</wp:posOffset>
                </wp:positionH>
                <wp:positionV relativeFrom="paragraph">
                  <wp:posOffset>-44814</wp:posOffset>
                </wp:positionV>
                <wp:extent cx="6997700" cy="2278743"/>
                <wp:effectExtent l="50800" t="25400" r="63500" b="71120"/>
                <wp:wrapNone/>
                <wp:docPr id="11" name="Rectangle à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7700" cy="227874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7874" w:rsidRDefault="00C57874" w:rsidP="00C57874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>Est-ce que quelqu’un t’aide</w:t>
                            </w:r>
                            <w:r w:rsidRPr="00C57874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 xml:space="preserve"> à la maison pour les devoirs ?</w:t>
                            </w:r>
                            <w:r w:rsidR="00974D60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 xml:space="preserve"> Qui ?</w:t>
                            </w:r>
                            <w:r w:rsidRPr="00C57874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 xml:space="preserve"> </w:t>
                            </w:r>
                          </w:p>
                          <w:p w:rsidR="00974D60" w:rsidRDefault="00974D60" w:rsidP="00C57874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:rsidR="00C57874" w:rsidRPr="00C57874" w:rsidRDefault="00C57874" w:rsidP="00C57874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C57874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>A quel moment fais-tu tes devoirs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 xml:space="preserve"> </w:t>
                            </w:r>
                            <w:r w:rsidRPr="00C57874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>?</w:t>
                            </w:r>
                            <w:r w:rsidR="00974D60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>Combien de temps passes-</w:t>
                            </w:r>
                            <w:r w:rsidRPr="00C57874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>tu sur les devoirs chaque jour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 xml:space="preserve"> </w:t>
                            </w:r>
                            <w:r w:rsidRPr="00C57874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>?</w:t>
                            </w:r>
                          </w:p>
                          <w:p w:rsidR="00C57874" w:rsidRPr="001D0589" w:rsidRDefault="00C57874" w:rsidP="00C57874">
                            <w:pPr>
                              <w:rPr>
                                <w:lang w:val="fr-FR"/>
                              </w:rPr>
                            </w:pPr>
                          </w:p>
                          <w:p w:rsidR="00C57874" w:rsidRPr="001D0589" w:rsidRDefault="00C57874" w:rsidP="00C57874">
                            <w:pPr>
                              <w:rPr>
                                <w:lang w:val="fr-FR"/>
                              </w:rPr>
                            </w:pPr>
                            <w:r w:rsidRPr="001D0589">
                              <w:rPr>
                                <w:lang w:val="fr-FR"/>
                              </w:rPr>
                              <w:t xml:space="preserve">        </w:t>
                            </w:r>
                            <w:proofErr w:type="gramStart"/>
                            <w:r w:rsidRPr="001D0589">
                              <w:rPr>
                                <w:lang w:val="fr-FR"/>
                              </w:rPr>
                              <w:t>après</w:t>
                            </w:r>
                            <w:proofErr w:type="gramEnd"/>
                            <w:r w:rsidRPr="001D0589">
                              <w:rPr>
                                <w:lang w:val="fr-FR"/>
                              </w:rPr>
                              <w:t xml:space="preserve"> tes activités</w:t>
                            </w:r>
                          </w:p>
                          <w:p w:rsidR="00C57874" w:rsidRPr="001D0589" w:rsidRDefault="00C57874" w:rsidP="00C57874">
                            <w:pPr>
                              <w:rPr>
                                <w:lang w:val="fr-FR"/>
                              </w:rPr>
                            </w:pPr>
                          </w:p>
                          <w:p w:rsidR="00C57874" w:rsidRPr="001D0589" w:rsidRDefault="00C57874" w:rsidP="00C57874">
                            <w:pPr>
                              <w:rPr>
                                <w:lang w:val="fr-FR"/>
                              </w:rPr>
                            </w:pPr>
                            <w:r w:rsidRPr="001D0589">
                              <w:rPr>
                                <w:lang w:val="fr-FR"/>
                              </w:rPr>
                              <w:t xml:space="preserve">        </w:t>
                            </w:r>
                            <w:proofErr w:type="gramStart"/>
                            <w:r w:rsidRPr="001D0589">
                              <w:rPr>
                                <w:lang w:val="fr-FR"/>
                              </w:rPr>
                              <w:t>autre</w:t>
                            </w:r>
                            <w:proofErr w:type="gramEnd"/>
                            <w:r w:rsidRPr="001D0589">
                              <w:rPr>
                                <w:lang w:val="fr-FR"/>
                              </w:rPr>
                              <w:t xml:space="preserve"> : </w:t>
                            </w:r>
                          </w:p>
                          <w:p w:rsidR="00C57874" w:rsidRPr="00C57874" w:rsidRDefault="00C57874" w:rsidP="00C57874">
                            <w:pPr>
                              <w:rPr>
                                <w:color w:val="000000" w:themeColor="text1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6F992B" id="Rectangle à coins arrondis 11" o:spid="_x0000_s1031" style="position:absolute;margin-left:-.15pt;margin-top:-3.55pt;width:551pt;height:179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" fillcolor="white [3212]" strokecolor="black [3213]">
                <v:shadow on="t" color="black" opacity="22937f" origin=",.5" offset="0,.63889mm"/>
                <v:textbox>
                  <w:txbxContent>
                    <w:p w:rsidR="00C57874" w:rsidRDefault="00C57874" w:rsidP="00C57874">
                      <w:pPr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>Est-ce que quelqu’un t’aide</w:t>
                      </w:r>
                      <w:r w:rsidRPr="00C57874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 xml:space="preserve"> à la maison pour les devoirs ?</w:t>
                      </w:r>
                      <w:r w:rsidR="00974D60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 xml:space="preserve"> Qui ?</w:t>
                      </w:r>
                      <w:r w:rsidRPr="00C57874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 xml:space="preserve"> </w:t>
                      </w:r>
                    </w:p>
                    <w:p w:rsidR="00974D60" w:rsidRDefault="00974D60" w:rsidP="00C57874">
                      <w:pPr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</w:pPr>
                    </w:p>
                    <w:p w:rsidR="00C57874" w:rsidRPr="00C57874" w:rsidRDefault="00C57874" w:rsidP="00C57874">
                      <w:pPr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</w:pPr>
                      <w:r w:rsidRPr="00C57874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>A quel moment fais-tu tes devoirs</w:t>
                      </w: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 xml:space="preserve"> </w:t>
                      </w:r>
                      <w:r w:rsidRPr="00C57874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>?</w:t>
                      </w:r>
                      <w:r w:rsidR="00974D60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 xml:space="preserve"> </w:t>
                      </w: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>Combien de temps passes-</w:t>
                      </w:r>
                      <w:r w:rsidRPr="00C57874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>tu sur les devoirs chaque jour</w:t>
                      </w: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 xml:space="preserve"> </w:t>
                      </w:r>
                      <w:r w:rsidRPr="00C57874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>?</w:t>
                      </w:r>
                    </w:p>
                    <w:p w:rsidR="00C57874" w:rsidRPr="001D0589" w:rsidRDefault="00C57874" w:rsidP="00C57874">
                      <w:pPr>
                        <w:rPr>
                          <w:lang w:val="fr-FR"/>
                        </w:rPr>
                      </w:pPr>
                    </w:p>
                    <w:p w:rsidR="00C57874" w:rsidRPr="001D0589" w:rsidRDefault="00C57874" w:rsidP="00C57874">
                      <w:pPr>
                        <w:rPr>
                          <w:lang w:val="fr-FR"/>
                        </w:rPr>
                      </w:pPr>
                      <w:r w:rsidRPr="001D0589">
                        <w:rPr>
                          <w:lang w:val="fr-FR"/>
                        </w:rPr>
                        <w:t xml:space="preserve">        après tes activités</w:t>
                      </w:r>
                    </w:p>
                    <w:p w:rsidR="00C57874" w:rsidRPr="001D0589" w:rsidRDefault="00C57874" w:rsidP="00C57874">
                      <w:pPr>
                        <w:rPr>
                          <w:lang w:val="fr-FR"/>
                        </w:rPr>
                      </w:pPr>
                    </w:p>
                    <w:p w:rsidR="00C57874" w:rsidRPr="001D0589" w:rsidRDefault="00C57874" w:rsidP="00C57874">
                      <w:pPr>
                        <w:rPr>
                          <w:lang w:val="fr-FR"/>
                        </w:rPr>
                      </w:pPr>
                      <w:r w:rsidRPr="001D0589">
                        <w:rPr>
                          <w:lang w:val="fr-FR"/>
                        </w:rPr>
                        <w:t xml:space="preserve">        autre : </w:t>
                      </w:r>
                    </w:p>
                    <w:p w:rsidR="00C57874" w:rsidRPr="00C57874" w:rsidRDefault="00C57874" w:rsidP="00C57874">
                      <w:pPr>
                        <w:rPr>
                          <w:color w:val="000000" w:themeColor="text1"/>
                          <w:lang w:val="fr-F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45F48">
        <w:rPr>
          <w:rFonts w:asciiTheme="majorHAnsi" w:hAnsiTheme="majorHAnsi" w:cstheme="majorHAnsi"/>
          <w:noProof/>
          <w:sz w:val="110"/>
          <w:szCs w:val="110"/>
          <w:lang w:val="fr-FR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6054725</wp:posOffset>
            </wp:positionH>
            <wp:positionV relativeFrom="paragraph">
              <wp:posOffset>162560</wp:posOffset>
            </wp:positionV>
            <wp:extent cx="774000" cy="774000"/>
            <wp:effectExtent l="0" t="0" r="1270" b="1270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Capture d’écran 2025-09-02 à 18.29.08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4000" cy="77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57874" w:rsidRDefault="00C57874">
      <w:pPr>
        <w:rPr>
          <w:rFonts w:asciiTheme="majorHAnsi" w:hAnsiTheme="majorHAnsi" w:cstheme="majorHAnsi"/>
          <w:sz w:val="32"/>
          <w:szCs w:val="32"/>
          <w:lang w:val="fr-FR"/>
        </w:rPr>
      </w:pPr>
    </w:p>
    <w:p w:rsidR="00C57874" w:rsidRDefault="00C57874">
      <w:pPr>
        <w:rPr>
          <w:rFonts w:asciiTheme="majorHAnsi" w:hAnsiTheme="majorHAnsi" w:cstheme="majorHAnsi"/>
          <w:sz w:val="32"/>
          <w:szCs w:val="32"/>
          <w:lang w:val="fr-FR"/>
        </w:rPr>
      </w:pPr>
    </w:p>
    <w:p w:rsidR="00C57874" w:rsidRDefault="00C57874">
      <w:pPr>
        <w:rPr>
          <w:rFonts w:asciiTheme="majorHAnsi" w:hAnsiTheme="majorHAnsi" w:cstheme="majorHAnsi"/>
          <w:sz w:val="32"/>
          <w:szCs w:val="32"/>
          <w:lang w:val="fr-FR"/>
        </w:rPr>
      </w:pPr>
    </w:p>
    <w:p w:rsidR="00C57874" w:rsidRDefault="00C57874">
      <w:pPr>
        <w:rPr>
          <w:rFonts w:asciiTheme="majorHAnsi" w:hAnsiTheme="majorHAnsi" w:cstheme="majorHAnsi"/>
          <w:sz w:val="32"/>
          <w:szCs w:val="32"/>
          <w:lang w:val="fr-FR"/>
        </w:rPr>
      </w:pPr>
    </w:p>
    <w:p w:rsidR="00C57874" w:rsidRDefault="00974D60">
      <w:pPr>
        <w:rPr>
          <w:rFonts w:asciiTheme="majorHAnsi" w:hAnsiTheme="majorHAnsi" w:cstheme="majorHAnsi"/>
          <w:sz w:val="32"/>
          <w:szCs w:val="32"/>
          <w:lang w:val="fr-FR"/>
        </w:rPr>
      </w:pPr>
      <w:r>
        <w:rPr>
          <w:rFonts w:asciiTheme="majorHAnsi" w:hAnsiTheme="majorHAnsi" w:cstheme="majorHAnsi"/>
          <w:noProof/>
          <w:sz w:val="32"/>
          <w:szCs w:val="32"/>
          <w:lang w:val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719D604" wp14:editId="353453D6">
                <wp:simplePos x="0" y="0"/>
                <wp:positionH relativeFrom="column">
                  <wp:posOffset>-1905</wp:posOffset>
                </wp:positionH>
                <wp:positionV relativeFrom="paragraph">
                  <wp:posOffset>375375</wp:posOffset>
                </wp:positionV>
                <wp:extent cx="6997700" cy="1219200"/>
                <wp:effectExtent l="50800" t="25400" r="63500" b="76200"/>
                <wp:wrapNone/>
                <wp:docPr id="12" name="Rectangle à coins arrondi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7700" cy="1219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7874" w:rsidRDefault="00C57874" w:rsidP="00C57874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C57874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>Dans quelles disciplines te sens-tu à l’aise ?</w:t>
                            </w:r>
                          </w:p>
                          <w:p w:rsidR="00C57874" w:rsidRDefault="00C57874" w:rsidP="00C57874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:rsidR="00C57874" w:rsidRPr="00C57874" w:rsidRDefault="00C57874" w:rsidP="00C57874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:rsidR="00C57874" w:rsidRPr="00C57874" w:rsidRDefault="00C57874" w:rsidP="00C57874">
                            <w:pPr>
                              <w:rPr>
                                <w:color w:val="000000" w:themeColor="text1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19D604" id="Rectangle à coins arrondis 12" o:spid="_x0000_s1032" style="position:absolute;margin-left:-.15pt;margin-top:29.55pt;width:551pt;height:9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" fillcolor="white [3212]" strokecolor="black [3213]">
                <v:shadow on="t" color="black" opacity="22937f" origin=",.5" offset="0,.63889mm"/>
                <v:textbox>
                  <w:txbxContent>
                    <w:p w:rsidR="00C57874" w:rsidRDefault="00C57874" w:rsidP="00C57874">
                      <w:pPr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</w:pPr>
                      <w:r w:rsidRPr="00C57874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>Dans quelles disciplines te sens-tu à l’aise ?</w:t>
                      </w:r>
                    </w:p>
                    <w:p w:rsidR="00C57874" w:rsidRDefault="00C57874" w:rsidP="00C57874">
                      <w:pPr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</w:pPr>
                    </w:p>
                    <w:p w:rsidR="00C57874" w:rsidRPr="00C57874" w:rsidRDefault="00C57874" w:rsidP="00C57874">
                      <w:pPr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</w:pPr>
                    </w:p>
                    <w:p w:rsidR="00C57874" w:rsidRPr="00C57874" w:rsidRDefault="00C57874" w:rsidP="00C57874">
                      <w:pPr>
                        <w:rPr>
                          <w:color w:val="000000" w:themeColor="text1"/>
                          <w:lang w:val="fr-F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C57874" w:rsidRDefault="00974D60">
      <w:pPr>
        <w:rPr>
          <w:rFonts w:asciiTheme="majorHAnsi" w:hAnsiTheme="majorHAnsi" w:cstheme="majorHAnsi"/>
          <w:sz w:val="32"/>
          <w:szCs w:val="32"/>
          <w:lang w:val="fr-FR"/>
        </w:rPr>
      </w:pPr>
      <w:r>
        <w:rPr>
          <w:rFonts w:asciiTheme="majorHAnsi" w:hAnsiTheme="majorHAnsi" w:cstheme="majorHAnsi"/>
          <w:noProof/>
          <w:color w:val="000000" w:themeColor="text1"/>
          <w:sz w:val="32"/>
          <w:szCs w:val="32"/>
          <w:lang w:val="fr-FR"/>
        </w:rPr>
        <w:drawing>
          <wp:anchor distT="0" distB="0" distL="114300" distR="114300" simplePos="0" relativeHeight="251687936" behindDoc="0" locked="0" layoutInCell="1" allowOverlap="1" wp14:anchorId="2483497E">
            <wp:simplePos x="0" y="0"/>
            <wp:positionH relativeFrom="column">
              <wp:posOffset>6000750</wp:posOffset>
            </wp:positionH>
            <wp:positionV relativeFrom="paragraph">
              <wp:posOffset>108223</wp:posOffset>
            </wp:positionV>
            <wp:extent cx="813600" cy="864000"/>
            <wp:effectExtent l="0" t="0" r="0" b="0"/>
            <wp:wrapNone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Capture d’écran 2025-09-02 à 18.26.18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13600" cy="86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57874" w:rsidRDefault="00C57874">
      <w:pPr>
        <w:rPr>
          <w:rFonts w:asciiTheme="majorHAnsi" w:hAnsiTheme="majorHAnsi" w:cstheme="majorHAnsi"/>
          <w:sz w:val="32"/>
          <w:szCs w:val="32"/>
          <w:lang w:val="fr-FR"/>
        </w:rPr>
      </w:pPr>
    </w:p>
    <w:p w:rsidR="00C57874" w:rsidRDefault="00C57874">
      <w:pPr>
        <w:rPr>
          <w:rFonts w:asciiTheme="majorHAnsi" w:hAnsiTheme="majorHAnsi" w:cstheme="majorHAnsi"/>
          <w:sz w:val="32"/>
          <w:szCs w:val="32"/>
          <w:lang w:val="fr-FR"/>
        </w:rPr>
      </w:pPr>
    </w:p>
    <w:p w:rsidR="00F45F48" w:rsidRDefault="00784A38">
      <w:pPr>
        <w:rPr>
          <w:rFonts w:ascii="Apple Color Emoji" w:hAnsi="Apple Color Emoji" w:cs="Apple Color Emoji"/>
          <w:sz w:val="110"/>
          <w:szCs w:val="110"/>
          <w:lang w:val="fr-FR"/>
        </w:rPr>
      </w:pPr>
      <w:r>
        <w:rPr>
          <w:rFonts w:ascii="Apple Color Emoji" w:hAnsi="Apple Color Emoji" w:cs="Apple Color Emoji"/>
          <w:noProof/>
          <w:sz w:val="110"/>
          <w:szCs w:val="110"/>
          <w:lang w:val="fr-FR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6014085</wp:posOffset>
            </wp:positionH>
            <wp:positionV relativeFrom="paragraph">
              <wp:posOffset>683895</wp:posOffset>
            </wp:positionV>
            <wp:extent cx="915300" cy="813600"/>
            <wp:effectExtent l="0" t="0" r="0" b="0"/>
            <wp:wrapNone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Capture d’écran 2025-09-02 à 18.35.02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5300" cy="81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Theme="majorHAnsi" w:hAnsiTheme="majorHAnsi" w:cstheme="majorHAnsi"/>
          <w:noProof/>
          <w:sz w:val="32"/>
          <w:szCs w:val="32"/>
          <w:lang w:val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19D604" wp14:editId="353453D6">
                <wp:simplePos x="0" y="0"/>
                <wp:positionH relativeFrom="column">
                  <wp:posOffset>-41910</wp:posOffset>
                </wp:positionH>
                <wp:positionV relativeFrom="paragraph">
                  <wp:posOffset>136525</wp:posOffset>
                </wp:positionV>
                <wp:extent cx="7035800" cy="1968500"/>
                <wp:effectExtent l="50800" t="25400" r="63500" b="76200"/>
                <wp:wrapNone/>
                <wp:docPr id="13" name="Rectangle à coins arrond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5800" cy="1968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7874" w:rsidRPr="00C57874" w:rsidRDefault="00C57874" w:rsidP="00C57874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C57874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>As-tu des difficultés</w:t>
                            </w:r>
                            <w:r w:rsidR="00784A38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 xml:space="preserve"> ? De quel ordre </w:t>
                            </w:r>
                            <w:r w:rsidRPr="00C57874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>(organisation dans le travail, compréhension,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 xml:space="preserve"> </w:t>
                            </w:r>
                            <w:r w:rsidR="00784A38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>motivation</w:t>
                            </w:r>
                            <w:r w:rsidRPr="00C57874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>...)</w:t>
                            </w:r>
                            <w:r w:rsidR="00784A38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 xml:space="preserve"> et dans quelles matières ? </w:t>
                            </w:r>
                          </w:p>
                          <w:p w:rsidR="00C57874" w:rsidRPr="001D0589" w:rsidRDefault="00C57874" w:rsidP="00C57874">
                            <w:pPr>
                              <w:rPr>
                                <w:lang w:val="fr-FR"/>
                              </w:rPr>
                            </w:pPr>
                          </w:p>
                          <w:p w:rsidR="00C57874" w:rsidRPr="001D0589" w:rsidRDefault="00C57874" w:rsidP="00C57874">
                            <w:pPr>
                              <w:rPr>
                                <w:lang w:val="fr-FR"/>
                              </w:rPr>
                            </w:pPr>
                            <w:r w:rsidRPr="001D0589">
                              <w:rPr>
                                <w:lang w:val="fr-FR"/>
                              </w:rPr>
                              <w:t xml:space="preserve">        </w:t>
                            </w:r>
                            <w:proofErr w:type="gramStart"/>
                            <w:r w:rsidRPr="001D0589">
                              <w:rPr>
                                <w:lang w:val="fr-FR"/>
                              </w:rPr>
                              <w:t>en</w:t>
                            </w:r>
                            <w:proofErr w:type="gramEnd"/>
                            <w:r w:rsidRPr="001D0589">
                              <w:rPr>
                                <w:lang w:val="fr-FR"/>
                              </w:rPr>
                              <w:t xml:space="preserve"> rentrant à 17h</w:t>
                            </w:r>
                          </w:p>
                          <w:p w:rsidR="00C57874" w:rsidRPr="001D0589" w:rsidRDefault="00C57874" w:rsidP="00C57874">
                            <w:pPr>
                              <w:rPr>
                                <w:lang w:val="fr-FR"/>
                              </w:rPr>
                            </w:pPr>
                          </w:p>
                          <w:p w:rsidR="00C57874" w:rsidRPr="001D0589" w:rsidRDefault="00C57874" w:rsidP="00C57874">
                            <w:pPr>
                              <w:rPr>
                                <w:lang w:val="fr-FR"/>
                              </w:rPr>
                            </w:pPr>
                            <w:r w:rsidRPr="001D0589">
                              <w:rPr>
                                <w:lang w:val="fr-FR"/>
                              </w:rPr>
                              <w:t xml:space="preserve">        </w:t>
                            </w:r>
                            <w:proofErr w:type="gramStart"/>
                            <w:r w:rsidRPr="001D0589">
                              <w:rPr>
                                <w:lang w:val="fr-FR"/>
                              </w:rPr>
                              <w:t>après</w:t>
                            </w:r>
                            <w:proofErr w:type="gramEnd"/>
                            <w:r w:rsidRPr="001D0589">
                              <w:rPr>
                                <w:lang w:val="fr-FR"/>
                              </w:rPr>
                              <w:t xml:space="preserve"> le trajet en car</w:t>
                            </w:r>
                          </w:p>
                          <w:p w:rsidR="00C57874" w:rsidRPr="001D0589" w:rsidRDefault="00C57874" w:rsidP="00C57874">
                            <w:pPr>
                              <w:rPr>
                                <w:lang w:val="fr-FR"/>
                              </w:rPr>
                            </w:pPr>
                          </w:p>
                          <w:p w:rsidR="00C57874" w:rsidRPr="001D0589" w:rsidRDefault="00C57874" w:rsidP="00C57874">
                            <w:pPr>
                              <w:rPr>
                                <w:lang w:val="fr-FR"/>
                              </w:rPr>
                            </w:pPr>
                            <w:r w:rsidRPr="001D0589">
                              <w:rPr>
                                <w:lang w:val="fr-FR"/>
                              </w:rPr>
                              <w:t xml:space="preserve">        </w:t>
                            </w:r>
                            <w:proofErr w:type="gramStart"/>
                            <w:r w:rsidRPr="001D0589">
                              <w:rPr>
                                <w:lang w:val="fr-FR"/>
                              </w:rPr>
                              <w:t>après</w:t>
                            </w:r>
                            <w:proofErr w:type="gramEnd"/>
                            <w:r w:rsidRPr="001D0589">
                              <w:rPr>
                                <w:lang w:val="fr-FR"/>
                              </w:rPr>
                              <w:t xml:space="preserve"> tes activités</w:t>
                            </w:r>
                          </w:p>
                          <w:p w:rsidR="00C57874" w:rsidRPr="001D0589" w:rsidRDefault="00C57874" w:rsidP="00C57874">
                            <w:pPr>
                              <w:rPr>
                                <w:lang w:val="fr-FR"/>
                              </w:rPr>
                            </w:pPr>
                          </w:p>
                          <w:p w:rsidR="00C57874" w:rsidRPr="001D0589" w:rsidRDefault="00C57874" w:rsidP="00C57874">
                            <w:pPr>
                              <w:rPr>
                                <w:lang w:val="fr-FR"/>
                              </w:rPr>
                            </w:pPr>
                            <w:r w:rsidRPr="001D0589">
                              <w:rPr>
                                <w:lang w:val="fr-FR"/>
                              </w:rPr>
                              <w:t xml:space="preserve">        </w:t>
                            </w:r>
                            <w:proofErr w:type="gramStart"/>
                            <w:r w:rsidRPr="001D0589">
                              <w:rPr>
                                <w:lang w:val="fr-FR"/>
                              </w:rPr>
                              <w:t>autre</w:t>
                            </w:r>
                            <w:proofErr w:type="gramEnd"/>
                            <w:r w:rsidRPr="001D0589">
                              <w:rPr>
                                <w:lang w:val="fr-FR"/>
                              </w:rPr>
                              <w:t xml:space="preserve"> : </w:t>
                            </w:r>
                          </w:p>
                          <w:p w:rsidR="00C57874" w:rsidRPr="00C57874" w:rsidRDefault="00C57874" w:rsidP="00C57874">
                            <w:pPr>
                              <w:rPr>
                                <w:color w:val="000000" w:themeColor="text1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19D604" id="Rectangle à coins arrondis 13" o:spid="_x0000_s1033" style="position:absolute;margin-left:-3.3pt;margin-top:10.75pt;width:554pt;height:1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" fillcolor="white [3212]" strokecolor="black [3213]">
                <v:shadow on="t" color="black" opacity="22937f" origin=",.5" offset="0,.63889mm"/>
                <v:textbox>
                  <w:txbxContent>
                    <w:p w:rsidR="00C57874" w:rsidRPr="00C57874" w:rsidRDefault="00C57874" w:rsidP="00C57874">
                      <w:pPr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</w:pPr>
                      <w:r w:rsidRPr="00C57874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>As-tu des difficultés</w:t>
                      </w:r>
                      <w:r w:rsidR="00784A38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 xml:space="preserve"> ? De quel ordre </w:t>
                      </w:r>
                      <w:r w:rsidRPr="00C57874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>(organisation dans le travail, compréhension,</w:t>
                      </w: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 xml:space="preserve"> </w:t>
                      </w:r>
                      <w:r w:rsidR="00784A38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>motivation</w:t>
                      </w:r>
                      <w:r w:rsidRPr="00C57874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>...)</w:t>
                      </w:r>
                      <w:r w:rsidR="00784A38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 xml:space="preserve"> et dans quelles matières ? </w:t>
                      </w:r>
                    </w:p>
                    <w:p w:rsidR="00C57874" w:rsidRPr="001D0589" w:rsidRDefault="00C57874" w:rsidP="00C57874">
                      <w:pPr>
                        <w:rPr>
                          <w:lang w:val="fr-FR"/>
                        </w:rPr>
                      </w:pPr>
                    </w:p>
                    <w:p w:rsidR="00C57874" w:rsidRPr="001D0589" w:rsidRDefault="00C57874" w:rsidP="00C57874">
                      <w:pPr>
                        <w:rPr>
                          <w:lang w:val="fr-FR"/>
                        </w:rPr>
                      </w:pPr>
                      <w:r w:rsidRPr="001D0589">
                        <w:rPr>
                          <w:lang w:val="fr-FR"/>
                        </w:rPr>
                        <w:t xml:space="preserve">        </w:t>
                      </w:r>
                      <w:proofErr w:type="gramStart"/>
                      <w:r w:rsidRPr="001D0589">
                        <w:rPr>
                          <w:lang w:val="fr-FR"/>
                        </w:rPr>
                        <w:t>en</w:t>
                      </w:r>
                      <w:proofErr w:type="gramEnd"/>
                      <w:r w:rsidRPr="001D0589">
                        <w:rPr>
                          <w:lang w:val="fr-FR"/>
                        </w:rPr>
                        <w:t xml:space="preserve"> rentrant à 17h</w:t>
                      </w:r>
                    </w:p>
                    <w:p w:rsidR="00C57874" w:rsidRPr="001D0589" w:rsidRDefault="00C57874" w:rsidP="00C57874">
                      <w:pPr>
                        <w:rPr>
                          <w:lang w:val="fr-FR"/>
                        </w:rPr>
                      </w:pPr>
                    </w:p>
                    <w:p w:rsidR="00C57874" w:rsidRPr="001D0589" w:rsidRDefault="00C57874" w:rsidP="00C57874">
                      <w:pPr>
                        <w:rPr>
                          <w:lang w:val="fr-FR"/>
                        </w:rPr>
                      </w:pPr>
                      <w:r w:rsidRPr="001D0589">
                        <w:rPr>
                          <w:lang w:val="fr-FR"/>
                        </w:rPr>
                        <w:t xml:space="preserve">        </w:t>
                      </w:r>
                      <w:proofErr w:type="gramStart"/>
                      <w:r w:rsidRPr="001D0589">
                        <w:rPr>
                          <w:lang w:val="fr-FR"/>
                        </w:rPr>
                        <w:t>après</w:t>
                      </w:r>
                      <w:proofErr w:type="gramEnd"/>
                      <w:r w:rsidRPr="001D0589">
                        <w:rPr>
                          <w:lang w:val="fr-FR"/>
                        </w:rPr>
                        <w:t xml:space="preserve"> le trajet en car</w:t>
                      </w:r>
                    </w:p>
                    <w:p w:rsidR="00C57874" w:rsidRPr="001D0589" w:rsidRDefault="00C57874" w:rsidP="00C57874">
                      <w:pPr>
                        <w:rPr>
                          <w:lang w:val="fr-FR"/>
                        </w:rPr>
                      </w:pPr>
                    </w:p>
                    <w:p w:rsidR="00C57874" w:rsidRPr="001D0589" w:rsidRDefault="00C57874" w:rsidP="00C57874">
                      <w:pPr>
                        <w:rPr>
                          <w:lang w:val="fr-FR"/>
                        </w:rPr>
                      </w:pPr>
                      <w:r w:rsidRPr="001D0589">
                        <w:rPr>
                          <w:lang w:val="fr-FR"/>
                        </w:rPr>
                        <w:t xml:space="preserve">        </w:t>
                      </w:r>
                      <w:proofErr w:type="gramStart"/>
                      <w:r w:rsidRPr="001D0589">
                        <w:rPr>
                          <w:lang w:val="fr-FR"/>
                        </w:rPr>
                        <w:t>après</w:t>
                      </w:r>
                      <w:proofErr w:type="gramEnd"/>
                      <w:r w:rsidRPr="001D0589">
                        <w:rPr>
                          <w:lang w:val="fr-FR"/>
                        </w:rPr>
                        <w:t xml:space="preserve"> tes activités</w:t>
                      </w:r>
                    </w:p>
                    <w:p w:rsidR="00C57874" w:rsidRPr="001D0589" w:rsidRDefault="00C57874" w:rsidP="00C57874">
                      <w:pPr>
                        <w:rPr>
                          <w:lang w:val="fr-FR"/>
                        </w:rPr>
                      </w:pPr>
                    </w:p>
                    <w:p w:rsidR="00C57874" w:rsidRPr="001D0589" w:rsidRDefault="00C57874" w:rsidP="00C57874">
                      <w:pPr>
                        <w:rPr>
                          <w:lang w:val="fr-FR"/>
                        </w:rPr>
                      </w:pPr>
                      <w:r w:rsidRPr="001D0589">
                        <w:rPr>
                          <w:lang w:val="fr-FR"/>
                        </w:rPr>
                        <w:t xml:space="preserve">        </w:t>
                      </w:r>
                      <w:proofErr w:type="gramStart"/>
                      <w:r w:rsidRPr="001D0589">
                        <w:rPr>
                          <w:lang w:val="fr-FR"/>
                        </w:rPr>
                        <w:t>autre</w:t>
                      </w:r>
                      <w:proofErr w:type="gramEnd"/>
                      <w:r w:rsidRPr="001D0589">
                        <w:rPr>
                          <w:lang w:val="fr-FR"/>
                        </w:rPr>
                        <w:t xml:space="preserve"> : </w:t>
                      </w:r>
                    </w:p>
                    <w:p w:rsidR="00C57874" w:rsidRPr="00C57874" w:rsidRDefault="00C57874" w:rsidP="00C57874">
                      <w:pPr>
                        <w:rPr>
                          <w:color w:val="000000" w:themeColor="text1"/>
                          <w:lang w:val="fr-F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F45F48" w:rsidRPr="00F45F48" w:rsidRDefault="00F45F48">
      <w:pPr>
        <w:rPr>
          <w:rFonts w:asciiTheme="majorHAnsi" w:hAnsiTheme="majorHAnsi" w:cstheme="majorHAnsi"/>
          <w:sz w:val="110"/>
          <w:szCs w:val="110"/>
          <w:lang w:val="fr-FR"/>
        </w:rPr>
      </w:pPr>
      <w:bookmarkStart w:id="0" w:name="_GoBack"/>
      <w:bookmarkEnd w:id="0"/>
    </w:p>
    <w:p w:rsidR="00C57874" w:rsidRDefault="00784A38">
      <w:pPr>
        <w:rPr>
          <w:rFonts w:asciiTheme="majorHAnsi" w:hAnsiTheme="majorHAnsi" w:cstheme="majorHAnsi"/>
          <w:sz w:val="32"/>
          <w:szCs w:val="32"/>
          <w:lang w:val="fr-FR"/>
        </w:rPr>
      </w:pPr>
      <w:r>
        <w:rPr>
          <w:rFonts w:asciiTheme="majorHAnsi" w:hAnsiTheme="majorHAnsi" w:cstheme="majorHAnsi"/>
          <w:noProof/>
          <w:sz w:val="32"/>
          <w:szCs w:val="32"/>
          <w:lang w:val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20B2673" wp14:editId="10CED9E1">
                <wp:simplePos x="0" y="0"/>
                <wp:positionH relativeFrom="column">
                  <wp:posOffset>-3811</wp:posOffset>
                </wp:positionH>
                <wp:positionV relativeFrom="paragraph">
                  <wp:posOffset>121285</wp:posOffset>
                </wp:positionV>
                <wp:extent cx="6934835" cy="3035300"/>
                <wp:effectExtent l="50800" t="25400" r="62865" b="76200"/>
                <wp:wrapNone/>
                <wp:docPr id="15" name="Rectangle à coins arrondi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835" cy="30353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7874" w:rsidRPr="00784A38" w:rsidRDefault="00C57874" w:rsidP="00784A38">
                            <w:pPr>
                              <w:shd w:val="clear" w:color="auto" w:fill="BFBFBF" w:themeFill="background1" w:themeFillShade="BF"/>
                              <w:rPr>
                                <w:rFonts w:asciiTheme="majorHAnsi" w:hAnsiTheme="majorHAnsi" w:cstheme="majorHAnsi"/>
                                <w:color w:val="A6A6A6" w:themeColor="background1" w:themeShade="A6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C57874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>Souhaites-tu me communiquer</w:t>
                            </w:r>
                            <w:r w:rsidR="00974D60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 xml:space="preserve"> </w:t>
                            </w:r>
                            <w:r w:rsidRPr="00C57874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>une ou des informations qui te semblent importantes</w:t>
                            </w:r>
                            <w:r w:rsidR="00784A38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 xml:space="preserve"> </w:t>
                            </w:r>
                            <w:r w:rsidRPr="00C57874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  <w:t>?</w:t>
                            </w:r>
                          </w:p>
                          <w:p w:rsidR="00784A38" w:rsidRDefault="00784A38" w:rsidP="00784A38">
                            <w:pPr>
                              <w:shd w:val="clear" w:color="auto" w:fill="BFBFBF" w:themeFill="background1" w:themeFillShade="BF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:rsidR="00784A38" w:rsidRDefault="00784A38" w:rsidP="00784A38">
                            <w:pPr>
                              <w:shd w:val="clear" w:color="auto" w:fill="BFBFBF" w:themeFill="background1" w:themeFillShade="BF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:rsidR="00C57874" w:rsidRDefault="00C57874" w:rsidP="00784A38">
                            <w:pPr>
                              <w:shd w:val="clear" w:color="auto" w:fill="BFBFBF" w:themeFill="background1" w:themeFillShade="BF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:rsidR="00C57874" w:rsidRDefault="00C57874" w:rsidP="00784A38">
                            <w:pPr>
                              <w:shd w:val="clear" w:color="auto" w:fill="BFBFBF" w:themeFill="background1" w:themeFillShade="BF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:rsidR="00C57874" w:rsidRPr="00C57874" w:rsidRDefault="00C57874" w:rsidP="00784A38">
                            <w:pPr>
                              <w:shd w:val="clear" w:color="auto" w:fill="BFBFBF" w:themeFill="background1" w:themeFillShade="BF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0B2673" id="Rectangle à coins arrondis 15" o:spid="_x0000_s1034" style="position:absolute;margin-left:-.3pt;margin-top:9.55pt;width:546.05pt;height:23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" fillcolor="#bfbfbf [2412]" strokecolor="black [3213]">
                <v:shadow on="t" color="black" opacity="22937f" origin=",.5" offset="0,.63889mm"/>
                <v:textbox>
                  <w:txbxContent>
                    <w:p w:rsidR="00C57874" w:rsidRPr="00784A38" w:rsidRDefault="00C57874" w:rsidP="00784A38">
                      <w:pPr>
                        <w:shd w:val="clear" w:color="auto" w:fill="BFBFBF" w:themeFill="background1" w:themeFillShade="BF"/>
                        <w:rPr>
                          <w:rFonts w:asciiTheme="majorHAnsi" w:hAnsiTheme="majorHAnsi" w:cstheme="majorHAnsi"/>
                          <w:color w:val="A6A6A6" w:themeColor="background1" w:themeShade="A6"/>
                          <w:sz w:val="32"/>
                          <w:szCs w:val="32"/>
                          <w:lang w:val="fr-FR"/>
                        </w:rPr>
                      </w:pPr>
                      <w:r w:rsidRPr="00C57874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>Souhaites-tu me communiquer</w:t>
                      </w:r>
                      <w:r w:rsidR="00974D60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 xml:space="preserve"> </w:t>
                      </w:r>
                      <w:r w:rsidRPr="00C57874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>une ou des informations qui te</w:t>
                      </w:r>
                      <w:bookmarkStart w:id="1" w:name="_GoBack"/>
                      <w:bookmarkEnd w:id="1"/>
                      <w:r w:rsidRPr="00C57874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 xml:space="preserve"> semblent importantes</w:t>
                      </w:r>
                      <w:r w:rsidR="00784A38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 xml:space="preserve"> </w:t>
                      </w:r>
                      <w:r w:rsidRPr="00C57874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  <w:t>?</w:t>
                      </w:r>
                    </w:p>
                    <w:p w:rsidR="00784A38" w:rsidRDefault="00784A38" w:rsidP="00784A38">
                      <w:pPr>
                        <w:shd w:val="clear" w:color="auto" w:fill="BFBFBF" w:themeFill="background1" w:themeFillShade="BF"/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</w:pPr>
                    </w:p>
                    <w:p w:rsidR="00784A38" w:rsidRDefault="00784A38" w:rsidP="00784A38">
                      <w:pPr>
                        <w:shd w:val="clear" w:color="auto" w:fill="BFBFBF" w:themeFill="background1" w:themeFillShade="BF"/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</w:pPr>
                    </w:p>
                    <w:p w:rsidR="00C57874" w:rsidRDefault="00C57874" w:rsidP="00784A38">
                      <w:pPr>
                        <w:shd w:val="clear" w:color="auto" w:fill="BFBFBF" w:themeFill="background1" w:themeFillShade="BF"/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</w:pPr>
                    </w:p>
                    <w:p w:rsidR="00C57874" w:rsidRDefault="00C57874" w:rsidP="00784A38">
                      <w:pPr>
                        <w:shd w:val="clear" w:color="auto" w:fill="BFBFBF" w:themeFill="background1" w:themeFillShade="BF"/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</w:pPr>
                    </w:p>
                    <w:p w:rsidR="00C57874" w:rsidRPr="00C57874" w:rsidRDefault="00C57874" w:rsidP="00784A38">
                      <w:pPr>
                        <w:shd w:val="clear" w:color="auto" w:fill="BFBFBF" w:themeFill="background1" w:themeFillShade="BF"/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:szCs w:val="32"/>
                          <w:lang w:val="fr-F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C57874" w:rsidRDefault="00C57874">
      <w:pPr>
        <w:rPr>
          <w:rFonts w:asciiTheme="majorHAnsi" w:hAnsiTheme="majorHAnsi" w:cstheme="majorHAnsi"/>
          <w:sz w:val="32"/>
          <w:szCs w:val="32"/>
          <w:lang w:val="fr-FR"/>
        </w:rPr>
      </w:pPr>
    </w:p>
    <w:p w:rsidR="00C57874" w:rsidRDefault="00C57874">
      <w:pPr>
        <w:rPr>
          <w:rFonts w:asciiTheme="majorHAnsi" w:hAnsiTheme="majorHAnsi" w:cstheme="majorHAnsi"/>
          <w:sz w:val="32"/>
          <w:szCs w:val="32"/>
          <w:lang w:val="fr-FR"/>
        </w:rPr>
      </w:pPr>
    </w:p>
    <w:p w:rsidR="00C57874" w:rsidRDefault="00C57874">
      <w:pPr>
        <w:rPr>
          <w:rFonts w:asciiTheme="majorHAnsi" w:hAnsiTheme="majorHAnsi" w:cstheme="majorHAnsi"/>
          <w:sz w:val="32"/>
          <w:szCs w:val="32"/>
          <w:lang w:val="fr-FR"/>
        </w:rPr>
      </w:pPr>
    </w:p>
    <w:p w:rsidR="00C57874" w:rsidRDefault="00C57874">
      <w:pPr>
        <w:rPr>
          <w:rFonts w:asciiTheme="majorHAnsi" w:hAnsiTheme="majorHAnsi" w:cstheme="majorHAnsi"/>
          <w:sz w:val="32"/>
          <w:szCs w:val="32"/>
          <w:lang w:val="fr-FR"/>
        </w:rPr>
      </w:pPr>
    </w:p>
    <w:p w:rsidR="00C57874" w:rsidRDefault="00C57874">
      <w:pPr>
        <w:rPr>
          <w:rFonts w:asciiTheme="majorHAnsi" w:hAnsiTheme="majorHAnsi" w:cstheme="majorHAnsi"/>
          <w:sz w:val="32"/>
          <w:szCs w:val="32"/>
          <w:lang w:val="fr-FR"/>
        </w:rPr>
      </w:pPr>
    </w:p>
    <w:p w:rsidR="00C57874" w:rsidRDefault="00C57874">
      <w:pPr>
        <w:rPr>
          <w:rFonts w:asciiTheme="majorHAnsi" w:hAnsiTheme="majorHAnsi" w:cstheme="majorHAnsi"/>
          <w:sz w:val="32"/>
          <w:szCs w:val="32"/>
          <w:lang w:val="fr-FR"/>
        </w:rPr>
      </w:pPr>
    </w:p>
    <w:p w:rsidR="009C5C2D" w:rsidRPr="00C57874" w:rsidRDefault="009C5C2D">
      <w:pPr>
        <w:rPr>
          <w:rFonts w:asciiTheme="majorHAnsi" w:hAnsiTheme="majorHAnsi" w:cstheme="majorHAnsi"/>
          <w:sz w:val="32"/>
          <w:szCs w:val="32"/>
          <w:lang w:val="fr-FR"/>
        </w:rPr>
      </w:pPr>
    </w:p>
    <w:sectPr w:rsidR="009C5C2D" w:rsidRPr="00C57874" w:rsidSect="00C57874">
      <w:pgSz w:w="12240" w:h="15840"/>
      <w:pgMar w:top="642" w:right="942" w:bottom="635" w:left="66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84A38"/>
    <w:rsid w:val="00974D60"/>
    <w:rsid w:val="009C5C2D"/>
    <w:rsid w:val="00AA1D8D"/>
    <w:rsid w:val="00B47730"/>
    <w:rsid w:val="00C57874"/>
    <w:rsid w:val="00C62AE0"/>
    <w:rsid w:val="00CB0664"/>
    <w:rsid w:val="00E52C4C"/>
    <w:rsid w:val="00F45F48"/>
    <w:rsid w:val="00FC693F"/>
    <w:rsid w:val="00FE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1710C6"/>
  <w14:defaultImageDpi w14:val="300"/>
  <w15:docId w15:val="{7D7511EA-1C99-9248-975C-921328B88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FBA1016-BAD7-1B42-978F-1A9C852B3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19</Words>
  <Characters>108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Laure Savourat</cp:lastModifiedBy>
  <cp:revision>5</cp:revision>
  <cp:lastPrinted>2025-09-03T06:26:00Z</cp:lastPrinted>
  <dcterms:created xsi:type="dcterms:W3CDTF">2013-12-23T23:15:00Z</dcterms:created>
  <dcterms:modified xsi:type="dcterms:W3CDTF">2026-08-29T13:43:00Z</dcterms:modified>
  <cp:category/>
</cp:coreProperties>
</file>